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GOVERNMENT POLYTECHNIC CHHOTAUDEPUR - MECHANICAL ENGINEERING DEPARTMENT</w:t>
      </w:r>
    </w:p>
    <w:p>
      <w:pPr>
        <w:spacing w:after="40"/>
        <w:jc w:val="center"/>
      </w:pPr>
      <w:r>
        <w:rPr>
          <w:rFonts w:ascii="Times New Roman" w:hAnsi="Times New Roman" w:eastAsia="Times New Roman" w:cs="Times New Roman"/>
          <w:b/>
          <w:i w:val="0"/>
          <w:sz w:val="26"/>
        </w:rPr>
        <w:t>Assessment of intern by industry mentor</w:t>
      </w:r>
    </w:p>
    <w:p>
      <w:pPr>
        <w:spacing w:after="16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Student: ______  Enrolment no.: ______  Industry: ______  Period: ______  Mentor: ______</w:t>
      </w:r>
    </w:p>
    <w:p>
      <w:pPr>
        <w:spacing w:after="120"/>
      </w:pPr>
      <w:r>
        <w:rPr>
          <w:rFonts w:ascii="Times New Roman" w:hAnsi="Times New Roman" w:eastAsia="Times New Roman" w:cs="Times New Roman"/>
          <w:b/>
          <w:i w:val="0"/>
          <w:sz w:val="24"/>
        </w:rPr>
        <w:t>BLANK FORMAT - to be filled and signed when the activity is actually carried out (use from the current term). No past record is created from this form.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67"/>
            <w:shd w:val="clear" w:color="auto" w:fill="D9D9D9"/>
          </w:tcPr>
          <w:p>
            <w:r/>
            <w:r>
              <w:rPr>
                <w:b/>
                <w:sz w:val="19"/>
              </w:rPr>
              <w:t>Sr</w:t>
            </w:r>
          </w:p>
        </w:tc>
        <w:tc>
          <w:tcPr>
            <w:tcW w:type="dxa" w:w="6803"/>
            <w:shd w:val="clear" w:color="auto" w:fill="D9D9D9"/>
          </w:tcPr>
          <w:p>
            <w:r/>
            <w:r>
              <w:rPr>
                <w:b/>
                <w:sz w:val="19"/>
              </w:rPr>
              <w:t>Criterion</w:t>
            </w:r>
          </w:p>
        </w:tc>
        <w:tc>
          <w:tcPr>
            <w:tcW w:type="dxa" w:w="1417"/>
            <w:shd w:val="clear" w:color="auto" w:fill="D9D9D9"/>
          </w:tcPr>
          <w:p>
            <w:r/>
            <w:r>
              <w:rPr>
                <w:b/>
                <w:sz w:val="19"/>
              </w:rPr>
              <w:t>Marks</w:t>
            </w:r>
          </w:p>
        </w:tc>
        <w:tc>
          <w:tcPr>
            <w:tcW w:type="dxa" w:w="1417"/>
            <w:shd w:val="clear" w:color="auto" w:fill="D9D9D9"/>
          </w:tcPr>
          <w:p>
            <w:r/>
            <w:r>
              <w:rPr>
                <w:b/>
                <w:sz w:val="19"/>
              </w:rPr>
              <w:t>Max</w:t>
            </w:r>
          </w:p>
        </w:tc>
        <w:tc>
          <w:tcPr>
            <w:tcW w:type="dxa" w:w="3402"/>
            <w:shd w:val="clear" w:color="auto" w:fill="D9D9D9"/>
          </w:tcPr>
          <w:p>
            <w:r/>
            <w:r>
              <w:rPr>
                <w:b/>
                <w:sz w:val="19"/>
              </w:rPr>
              <w:t>Remarks</w:t>
            </w:r>
          </w:p>
        </w:tc>
      </w:tr>
      <w:tr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>
            <w:r>
              <w:t>Punctuality and regularity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t>10</w:t>
            </w:r>
          </w:p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2</w:t>
            </w:r>
          </w:p>
        </w:tc>
        <w:tc>
          <w:tcPr>
            <w:tcW w:type="dxa" w:w="1973"/>
          </w:tcPr>
          <w:p>
            <w:r>
              <w:t>Technical knowledge and skills shown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t>10</w:t>
            </w:r>
          </w:p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3</w:t>
            </w:r>
          </w:p>
        </w:tc>
        <w:tc>
          <w:tcPr>
            <w:tcW w:type="dxa" w:w="1973"/>
          </w:tcPr>
          <w:p>
            <w:r>
              <w:t>Quality of work assigned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t>10</w:t>
            </w:r>
          </w:p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4</w:t>
            </w:r>
          </w:p>
        </w:tc>
        <w:tc>
          <w:tcPr>
            <w:tcW w:type="dxa" w:w="1973"/>
          </w:tcPr>
          <w:p>
            <w:r>
              <w:t>Safety and discipline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t>10</w:t>
            </w:r>
          </w:p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5</w:t>
            </w:r>
          </w:p>
        </w:tc>
        <w:tc>
          <w:tcPr>
            <w:tcW w:type="dxa" w:w="1973"/>
          </w:tcPr>
          <w:p>
            <w:r>
              <w:t>Communication and teamwork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t>10</w:t>
            </w:r>
          </w:p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6</w:t>
            </w:r>
          </w:p>
        </w:tc>
        <w:tc>
          <w:tcPr>
            <w:tcW w:type="dxa" w:w="1973"/>
          </w:tcPr>
          <w:p>
            <w:r>
              <w:t>Initiative and learning attitude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t>10</w:t>
            </w:r>
          </w:p>
        </w:tc>
        <w:tc>
          <w:tcPr>
            <w:tcW w:type="dxa" w:w="1973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Signature of committee member: ____________    Signature of H.O.D.: 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