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GOVERNMENT POLYTECHNIC CHHOTAUDEPUR - MECHANICAL ENGINEERING DEPARTMENT</w:t>
      </w:r>
    </w:p>
    <w:p>
      <w:pPr>
        <w:spacing w:after="40"/>
        <w:jc w:val="center"/>
      </w:pPr>
      <w:r>
        <w:rPr>
          <w:rFonts w:ascii="Times New Roman" w:hAnsi="Times New Roman" w:eastAsia="Times New Roman" w:cs="Times New Roman"/>
          <w:b/>
          <w:i w:val="0"/>
          <w:sz w:val="26"/>
        </w:rPr>
        <w:t>Student feedback on internship</w:t>
      </w:r>
    </w:p>
    <w:p>
      <w:pPr>
        <w:spacing w:after="16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Student: ______  Industry: ______  Period: ______   (1 = poor ... 5 = excellent)</w:t>
      </w:r>
    </w:p>
    <w:p>
      <w:pPr>
        <w:spacing w:after="120"/>
      </w:pPr>
      <w:r>
        <w:rPr>
          <w:rFonts w:ascii="Times New Roman" w:hAnsi="Times New Roman" w:eastAsia="Times New Roman" w:cs="Times New Roman"/>
          <w:b/>
          <w:i w:val="0"/>
          <w:sz w:val="24"/>
        </w:rPr>
        <w:t>BLANK FORMAT - to be filled and signed when the activity is actually carried out (use from the current term). No past record is created from this form.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567"/>
            <w:shd w:val="clear" w:color="auto" w:fill="D9D9D9"/>
          </w:tcPr>
          <w:p>
            <w:r/>
            <w:r>
              <w:rPr>
                <w:b/>
                <w:sz w:val="19"/>
              </w:rPr>
              <w:t>Sr</w:t>
            </w:r>
          </w:p>
        </w:tc>
        <w:tc>
          <w:tcPr>
            <w:tcW w:type="dxa" w:w="7937"/>
            <w:shd w:val="clear" w:color="auto" w:fill="D9D9D9"/>
          </w:tcPr>
          <w:p>
            <w:r/>
            <w:r>
              <w:rPr>
                <w:b/>
                <w:sz w:val="19"/>
              </w:rPr>
              <w:t>Question</w:t>
            </w:r>
          </w:p>
        </w:tc>
        <w:tc>
          <w:tcPr>
            <w:tcW w:type="dxa" w:w="794"/>
            <w:shd w:val="clear" w:color="auto" w:fill="D9D9D9"/>
          </w:tcPr>
          <w:p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794"/>
            <w:shd w:val="clear" w:color="auto" w:fill="D9D9D9"/>
          </w:tcPr>
          <w:p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794"/>
            <w:shd w:val="clear" w:color="auto" w:fill="D9D9D9"/>
          </w:tcPr>
          <w:p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794"/>
            <w:shd w:val="clear" w:color="auto" w:fill="D9D9D9"/>
          </w:tcPr>
          <w:p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794"/>
            <w:shd w:val="clear" w:color="auto" w:fill="D9D9D9"/>
          </w:tcPr>
          <w:p>
            <w:r/>
            <w:r>
              <w:rPr>
                <w:b/>
                <w:sz w:val="19"/>
              </w:rPr>
              <w:t>5</w:t>
            </w:r>
          </w:p>
        </w:tc>
      </w:tr>
      <w:tr>
        <w:tc>
          <w:tcPr>
            <w:tcW w:type="dxa" w:w="1409"/>
          </w:tcPr>
          <w:p>
            <w:r>
              <w:t>1</w:t>
            </w:r>
          </w:p>
        </w:tc>
        <w:tc>
          <w:tcPr>
            <w:tcW w:type="dxa" w:w="1409"/>
          </w:tcPr>
          <w:p>
            <w:r>
              <w:t>Relevance of the work to my diploma subjects</w:t>
            </w:r>
          </w:p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>
            <w:r>
              <w:t>2</w:t>
            </w:r>
          </w:p>
        </w:tc>
        <w:tc>
          <w:tcPr>
            <w:tcW w:type="dxa" w:w="1409"/>
          </w:tcPr>
          <w:p>
            <w:r>
              <w:t>Support and guidance from the industry mentor</w:t>
            </w:r>
          </w:p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>
            <w:r>
              <w:t>3</w:t>
            </w:r>
          </w:p>
        </w:tc>
        <w:tc>
          <w:tcPr>
            <w:tcW w:type="dxa" w:w="1409"/>
          </w:tcPr>
          <w:p>
            <w:r>
              <w:t>Skills and knowledge gained</w:t>
            </w:r>
          </w:p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>
            <w:r>
              <w:t>4</w:t>
            </w:r>
          </w:p>
        </w:tc>
        <w:tc>
          <w:tcPr>
            <w:tcW w:type="dxa" w:w="1409"/>
          </w:tcPr>
          <w:p>
            <w:r>
              <w:t>Facilities and safety at the industry</w:t>
            </w:r>
          </w:p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>
            <w:r>
              <w:t>5</w:t>
            </w:r>
          </w:p>
        </w:tc>
        <w:tc>
          <w:tcPr>
            <w:tcW w:type="dxa" w:w="1409"/>
          </w:tcPr>
          <w:p>
            <w:r>
              <w:t>Overall experience</w:t>
            </w:r>
          </w:p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Signature of committee member: ____________    Signature of H.O.D.: 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